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MASTER MALAY DAILY VERBS — CRASH COURSE</w:t>
      </w:r>
    </w:p>
    <w:p>
      <w:pPr>
        <w:jc w:val="center"/>
      </w:pPr>
      <w:r>
        <w:rPr>
          <w:b/>
          <w:sz w:val="28"/>
        </w:rPr>
        <w:t>Module 1 — Daily Life Verbs | Practice Sheet</w:t>
      </w:r>
    </w:p>
    <w:p>
      <w:r>
        <w:t>Name: ______________________________    Date: __________________</w:t>
      </w:r>
    </w:p>
    <w:p>
      <w:r>
        <w:t>Instructions: Choose the best answer for each question.</w:t>
      </w:r>
    </w:p>
    <w:p>
      <w:r>
        <w:rPr>
          <w:b/>
        </w:rPr>
        <w:t>1. What does “makan” mean?</w:t>
      </w:r>
    </w:p>
    <w:p>
      <w:r>
        <w:t>A. drink</w:t>
      </w:r>
    </w:p>
    <w:p>
      <w:r>
        <w:t>B. eat</w:t>
      </w:r>
    </w:p>
    <w:p>
      <w:r>
        <w:t>C. sleep</w:t>
      </w:r>
    </w:p>
    <w:p>
      <w:r>
        <w:t>D. stand</w:t>
      </w:r>
    </w:p>
    <w:p>
      <w:r>
        <w:rPr>
          <w:b/>
        </w:rPr>
        <w:t>2. Which Malay verb means “drink”?</w:t>
      </w:r>
    </w:p>
    <w:p>
      <w:r>
        <w:t>A. minum</w:t>
      </w:r>
    </w:p>
    <w:p>
      <w:r>
        <w:t>B. tidur</w:t>
      </w:r>
    </w:p>
    <w:p>
      <w:r>
        <w:t>C. duduk</w:t>
      </w:r>
    </w:p>
    <w:p>
      <w:r>
        <w:t>D. bangun</w:t>
      </w:r>
    </w:p>
    <w:p>
      <w:r>
        <w:rPr>
          <w:b/>
        </w:rPr>
        <w:t>3. “Saya makan nasi.” means:</w:t>
      </w:r>
    </w:p>
    <w:p>
      <w:r>
        <w:t>A. I drink rice.</w:t>
      </w:r>
    </w:p>
    <w:p>
      <w:r>
        <w:t>B. I sleep at ten.</w:t>
      </w:r>
    </w:p>
    <w:p>
      <w:r>
        <w:t>C. I eat rice.</w:t>
      </w:r>
    </w:p>
    <w:p>
      <w:r>
        <w:t>D. I stand beside you.</w:t>
      </w:r>
    </w:p>
    <w:p>
      <w:r>
        <w:rPr>
          <w:b/>
        </w:rPr>
        <w:t>4. What does “tidur” mean?</w:t>
      </w:r>
    </w:p>
    <w:p>
      <w:r>
        <w:t>A. wake up</w:t>
      </w:r>
    </w:p>
    <w:p>
      <w:r>
        <w:t>B. sit</w:t>
      </w:r>
    </w:p>
    <w:p>
      <w:r>
        <w:t>C. sleep</w:t>
      </w:r>
    </w:p>
    <w:p>
      <w:r>
        <w:t>D. eat</w:t>
      </w:r>
    </w:p>
    <w:p>
      <w:r>
        <w:rPr>
          <w:b/>
        </w:rPr>
        <w:t>5. “Dia bangun awal pagi.” means:</w:t>
      </w:r>
    </w:p>
    <w:p>
      <w:r>
        <w:t>A. He/She wakes up early in the morning.</w:t>
      </w:r>
    </w:p>
    <w:p>
      <w:r>
        <w:t>B. He/She drinks water.</w:t>
      </w:r>
    </w:p>
    <w:p>
      <w:r>
        <w:t>C. He/She sits on the chair.</w:t>
      </w:r>
    </w:p>
    <w:p>
      <w:r>
        <w:t>D. He/She eats rice.</w:t>
      </w:r>
    </w:p>
    <w:p>
      <w:r>
        <w:rPr>
          <w:b/>
        </w:rPr>
        <w:t>6. Which Malay verb means “sit”?</w:t>
      </w:r>
    </w:p>
    <w:p>
      <w:r>
        <w:t>A. berdiri</w:t>
      </w:r>
    </w:p>
    <w:p>
      <w:r>
        <w:t>B. duduk</w:t>
      </w:r>
    </w:p>
    <w:p>
      <w:r>
        <w:t>C. makan</w:t>
      </w:r>
    </w:p>
    <w:p>
      <w:r>
        <w:t>D. tidur</w:t>
      </w:r>
    </w:p>
    <w:p>
      <w:r>
        <w:rPr>
          <w:b/>
        </w:rPr>
        <w:t>7. “Saya duduk di atas kerusi.” means:</w:t>
      </w:r>
    </w:p>
    <w:p>
      <w:r>
        <w:t>A. I stand beside the chair.</w:t>
      </w:r>
    </w:p>
    <w:p>
      <w:r>
        <w:t>B. I sleep on the chair.</w:t>
      </w:r>
    </w:p>
    <w:p>
      <w:r>
        <w:t>C. I sit on the chair.</w:t>
      </w:r>
    </w:p>
    <w:p>
      <w:r>
        <w:t>D. I eat on the chair.</w:t>
      </w:r>
    </w:p>
    <w:p>
      <w:r>
        <w:rPr>
          <w:b/>
        </w:rPr>
        <w:t>8. What does “berdiri” mean?</w:t>
      </w:r>
    </w:p>
    <w:p>
      <w:r>
        <w:t>A. stand</w:t>
      </w:r>
    </w:p>
    <w:p>
      <w:r>
        <w:t>B. sit</w:t>
      </w:r>
    </w:p>
    <w:p>
      <w:r>
        <w:t>C. drink</w:t>
      </w:r>
    </w:p>
    <w:p>
      <w:r>
        <w:t>D. wake up</w:t>
      </w:r>
    </w:p>
    <w:p>
      <w:r>
        <w:rPr>
          <w:b/>
        </w:rPr>
        <w:t>9. Choose the correct verb: “Dia ______ di sebelah saya.”</w:t>
      </w:r>
    </w:p>
    <w:p>
      <w:r>
        <w:t>A. makan</w:t>
      </w:r>
    </w:p>
    <w:p>
      <w:r>
        <w:t>B. berdiri</w:t>
      </w:r>
    </w:p>
    <w:p>
      <w:r>
        <w:t>C. tidur</w:t>
      </w:r>
    </w:p>
    <w:p>
      <w:r>
        <w:t>D. minum</w:t>
      </w:r>
    </w:p>
    <w:p>
      <w:r>
        <w:rPr>
          <w:b/>
        </w:rPr>
        <w:t>10. Choose the correct Malay verb: “I sleep at ten o’clock.”</w:t>
      </w:r>
    </w:p>
    <w:p>
      <w:r>
        <w:t>A. Saya bangun pada pukul sepuluh.</w:t>
      </w:r>
    </w:p>
    <w:p>
      <w:r>
        <w:t>B. Saya makan pada pukul sepuluh.</w:t>
      </w:r>
    </w:p>
    <w:p>
      <w:r>
        <w:t>C. Saya tidur pada pukul sepuluh.</w:t>
      </w:r>
    </w:p>
    <w:p>
      <w:r>
        <w:t>D. Saya duduk pada pukul sepuluh.</w:t>
      </w:r>
    </w:p>
    <w:p/>
    <w:p>
      <w:r>
        <w:rPr>
          <w:b/>
        </w:rPr>
        <w:t>Answer Key</w:t>
      </w:r>
      <w:r>
        <w:br/>
        <w:t>1. B   2. A   3. C   4. C   5. A   6. B   7. C   8. A   9. B   10. 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