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Essential Malay Series — Lesson 3</w:t>
      </w:r>
    </w:p>
    <w:p>
      <w:pPr>
        <w:jc w:val="center"/>
      </w:pPr>
      <w:r>
        <w:rPr>
          <w:b/>
          <w:sz w:val="30"/>
        </w:rPr>
        <w:t>Polite Expressions — Practice Worksheet</w:t>
      </w:r>
    </w:p>
    <w:p>
      <w:r>
        <w:t>Name: ______________________________    Date: __________________</w:t>
      </w:r>
    </w:p>
    <w:p>
      <w:r>
        <w:rPr>
          <w:b/>
        </w:rPr>
        <w:t>A. Fill in the Blank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No.</w:t>
            </w:r>
          </w:p>
        </w:tc>
        <w:tc>
          <w:tcPr>
            <w:tcW w:type="dxa" w:w="5112"/>
          </w:tcPr>
          <w:p>
            <w:r>
              <w:t>Complete the sentence</w:t>
            </w:r>
          </w:p>
        </w:tc>
      </w:tr>
      <w:tr>
        <w:tc>
          <w:tcPr>
            <w:tcW w:type="dxa" w:w="5112"/>
          </w:tcPr>
          <w:p>
            <w:r>
              <w:t>1</w:t>
            </w:r>
          </w:p>
        </w:tc>
        <w:tc>
          <w:tcPr>
            <w:tcW w:type="dxa" w:w="5112"/>
          </w:tcPr>
          <w:p>
            <w:r>
              <w:t>1. Sila ____________.</w:t>
            </w:r>
          </w:p>
        </w:tc>
      </w:tr>
      <w:tr>
        <w:tc>
          <w:tcPr>
            <w:tcW w:type="dxa" w:w="5112"/>
          </w:tcPr>
          <w:p>
            <w:r>
              <w:t>2</w:t>
            </w:r>
          </w:p>
        </w:tc>
        <w:tc>
          <w:tcPr>
            <w:tcW w:type="dxa" w:w="5112"/>
          </w:tcPr>
          <w:p>
            <w:r>
              <w:t>2. Jangan ____________.</w:t>
            </w:r>
          </w:p>
        </w:tc>
      </w:tr>
      <w:tr>
        <w:tc>
          <w:tcPr>
            <w:tcW w:type="dxa" w:w="5112"/>
          </w:tcPr>
          <w:p>
            <w:r>
              <w:t>3</w:t>
            </w:r>
          </w:p>
        </w:tc>
        <w:tc>
          <w:tcPr>
            <w:tcW w:type="dxa" w:w="5112"/>
          </w:tcPr>
          <w:p>
            <w:r>
              <w:t>3. ____________ cepat sembuh.</w:t>
            </w:r>
          </w:p>
        </w:tc>
      </w:tr>
      <w:tr>
        <w:tc>
          <w:tcPr>
            <w:tcW w:type="dxa" w:w="5112"/>
          </w:tcPr>
          <w:p>
            <w:r>
              <w:t>4</w:t>
            </w:r>
          </w:p>
        </w:tc>
        <w:tc>
          <w:tcPr>
            <w:tcW w:type="dxa" w:w="5112"/>
          </w:tcPr>
          <w:p>
            <w:r>
              <w:t>4. ____________ berjaya.</w:t>
            </w:r>
          </w:p>
        </w:tc>
      </w:tr>
      <w:tr>
        <w:tc>
          <w:tcPr>
            <w:tcW w:type="dxa" w:w="5112"/>
          </w:tcPr>
          <w:p>
            <w:r>
              <w:t>5</w:t>
            </w:r>
          </w:p>
        </w:tc>
        <w:tc>
          <w:tcPr>
            <w:tcW w:type="dxa" w:w="5112"/>
          </w:tcPr>
          <w:p>
            <w:r>
              <w:t>5. ____________ masuk.</w:t>
            </w:r>
          </w:p>
        </w:tc>
      </w:tr>
      <w:tr>
        <w:tc>
          <w:tcPr>
            <w:tcW w:type="dxa" w:w="5112"/>
          </w:tcPr>
          <w:p>
            <w:r>
              <w:t>6</w:t>
            </w:r>
          </w:p>
        </w:tc>
        <w:tc>
          <w:tcPr>
            <w:tcW w:type="dxa" w:w="5112"/>
          </w:tcPr>
          <w:p>
            <w:r>
              <w:t>6. ____________ duduk.</w:t>
            </w:r>
          </w:p>
        </w:tc>
      </w:tr>
      <w:tr>
        <w:tc>
          <w:tcPr>
            <w:tcW w:type="dxa" w:w="5112"/>
          </w:tcPr>
          <w:p>
            <w:r>
              <w:t>7</w:t>
            </w:r>
          </w:p>
        </w:tc>
        <w:tc>
          <w:tcPr>
            <w:tcW w:type="dxa" w:w="5112"/>
          </w:tcPr>
          <w:p>
            <w:r>
              <w:t>7. ____________ mengapa.</w:t>
            </w:r>
          </w:p>
        </w:tc>
      </w:tr>
      <w:tr>
        <w:tc>
          <w:tcPr>
            <w:tcW w:type="dxa" w:w="5112"/>
          </w:tcPr>
          <w:p>
            <w:r>
              <w:t>8</w:t>
            </w:r>
          </w:p>
        </w:tc>
        <w:tc>
          <w:tcPr>
            <w:tcW w:type="dxa" w:w="5112"/>
          </w:tcPr>
          <w:p>
            <w:r>
              <w:t>8. ____________-hati.</w:t>
            </w:r>
          </w:p>
        </w:tc>
      </w:tr>
      <w:tr>
        <w:tc>
          <w:tcPr>
            <w:tcW w:type="dxa" w:w="5112"/>
          </w:tcPr>
          <w:p>
            <w:r>
              <w:t>9</w:t>
            </w:r>
          </w:p>
        </w:tc>
        <w:tc>
          <w:tcPr>
            <w:tcW w:type="dxa" w:w="5112"/>
          </w:tcPr>
          <w:p>
            <w:r>
              <w:t>9. ____________.</w:t>
            </w:r>
          </w:p>
        </w:tc>
      </w:tr>
      <w:tr>
        <w:tc>
          <w:tcPr>
            <w:tcW w:type="dxa" w:w="5112"/>
          </w:tcPr>
          <w:p>
            <w:r>
              <w:t>10</w:t>
            </w:r>
          </w:p>
        </w:tc>
        <w:tc>
          <w:tcPr>
            <w:tcW w:type="dxa" w:w="5112"/>
          </w:tcPr>
          <w:p>
            <w:r>
              <w:t>10. ____________ minta maaf.</w:t>
            </w:r>
          </w:p>
        </w:tc>
      </w:tr>
    </w:tbl>
    <w:p/>
    <w:p>
      <w:r>
        <w:rPr>
          <w:b/>
        </w:rPr>
        <w:t>B. Translate into English</w:t>
      </w:r>
    </w:p>
    <w:p>
      <w:r>
        <w:t>11. Sila duduk. ________________________________________________</w:t>
      </w:r>
    </w:p>
    <w:p>
      <w:r>
        <w:t>12. Jangan risau. ______________________________________________</w:t>
      </w:r>
    </w:p>
    <w:p>
      <w:r>
        <w:t>13. Semoga cepat sembuh. _______________________________________</w:t>
      </w:r>
    </w:p>
    <w:p>
      <w:r>
        <w:t>14. Tidak mengapa. ______________________________________________</w:t>
      </w:r>
    </w:p>
    <w:p>
      <w:r>
        <w:t>15. Hati-hati. __________________________________________________</w:t>
      </w:r>
    </w:p>
    <w:p>
      <w:r>
        <w:t>16. Tahniah! ____________________________________________________</w:t>
      </w:r>
    </w:p>
    <w:p>
      <w:r>
        <w:t>17. Semoga berjaya. _____________________________________________</w:t>
      </w:r>
    </w:p>
    <w:p>
      <w:r>
        <w:t>18. Silakan masuk. ______________________________________________</w:t>
      </w:r>
    </w:p>
    <w:p/>
    <w:p>
      <w:r>
        <w:rPr>
          <w:b/>
        </w:rPr>
        <w:t>C. Translate into Malay</w:t>
      </w:r>
    </w:p>
    <w:p>
      <w:r>
        <w:t>19. Please sit. __________________________________________________</w:t>
      </w:r>
    </w:p>
    <w:p>
      <w:r>
        <w:t>20. Don't worry. _________________________________________________</w:t>
      </w:r>
    </w:p>
    <w:p>
      <w:r>
        <w:t>21. Get well soon. _______________________________________________</w:t>
      </w:r>
    </w:p>
    <w:p>
      <w:r>
        <w:t>22. It's okay. ___________________________________________________</w:t>
      </w:r>
    </w:p>
    <w:p>
      <w:r>
        <w:t>23. Be careful. __________________________________________________</w:t>
      </w:r>
    </w:p>
    <w:p>
      <w:r>
        <w:t>24. Congratulations. _____________________________________________</w:t>
      </w:r>
    </w:p>
    <w:p>
      <w:r>
        <w:t>25. Good luck. ___________________________________________________</w:t>
      </w:r>
    </w:p>
    <w:p>
      <w:r>
        <w:t>26. Please come in. ______________________________________________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