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40"/>
        </w:rPr>
        <w:t>Essential Malay Series — Lesson 6</w:t>
      </w:r>
    </w:p>
    <w:p>
      <w:pPr>
        <w:pStyle w:val="Normal"/>
        <w:jc w:val="center"/>
        <w:rPr/>
      </w:pPr>
      <w:r>
        <w:rPr>
          <w:b/>
          <w:sz w:val="30"/>
        </w:rPr>
        <w:t>Languages We Speak — Practice Worksheet</w:t>
      </w:r>
    </w:p>
    <w:p>
      <w:pPr>
        <w:pStyle w:val="Normal"/>
        <w:rPr/>
      </w:pPr>
      <w:r>
        <w:rPr/>
        <w:t>Name: ______________________________    Date: __________________</w:t>
      </w:r>
    </w:p>
    <w:p>
      <w:pPr>
        <w:pStyle w:val="Normal"/>
        <w:rPr/>
      </w:pPr>
      <w:r>
        <w:rPr>
          <w:b/>
        </w:rPr>
        <w:t>A. Fill in the Blank</w:t>
      </w:r>
    </w:p>
    <w:tbl>
      <w:tblPr>
        <w:tblStyle w:val="TableGrid"/>
        <w:tblW w:w="1022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112"/>
        <w:gridCol w:w="5112"/>
      </w:tblGrid>
      <w:tr>
        <w:trPr/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No.</w:t>
            </w:r>
          </w:p>
        </w:tc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Complete the sentence</w:t>
            </w:r>
          </w:p>
        </w:tc>
      </w:tr>
      <w:tr>
        <w:trPr/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Saya __________ bahasa Melayu.</w:t>
            </w:r>
          </w:p>
        </w:tc>
      </w:tr>
      <w:tr>
        <w:trPr/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Saya sedang __________ bahasa Jepun.</w:t>
            </w:r>
          </w:p>
        </w:tc>
      </w:tr>
      <w:tr>
        <w:trPr/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Saya __________ bahasa Inggeris.</w:t>
            </w:r>
          </w:p>
        </w:tc>
      </w:tr>
      <w:tr>
        <w:trPr/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Saya __________ sedikit.</w:t>
            </w:r>
          </w:p>
        </w:tc>
      </w:tr>
      <w:tr>
        <w:trPr/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Saya boleh __________ bahasa Melayu.</w:t>
            </w:r>
          </w:p>
        </w:tc>
      </w:tr>
      <w:tr>
        <w:trPr/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/>
            </w:r>
          </w:p>
        </w:tc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/>
            </w:r>
          </w:p>
        </w:tc>
      </w:tr>
      <w:tr>
        <w:trPr/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B. Translate into Malay</w:t>
      </w:r>
    </w:p>
    <w:p>
      <w:pPr>
        <w:pStyle w:val="Normal"/>
        <w:rPr/>
      </w:pPr>
      <w:r>
        <w:rPr/>
        <w:t>9. I speak English. ______________________________________________</w:t>
      </w:r>
    </w:p>
    <w:p>
      <w:pPr>
        <w:pStyle w:val="Normal"/>
        <w:rPr/>
      </w:pPr>
      <w:r>
        <w:rPr/>
        <w:t>10. I am learning Japanese. ______________________________________</w:t>
      </w:r>
    </w:p>
    <w:p>
      <w:pPr>
        <w:pStyle w:val="Normal"/>
        <w:rPr/>
      </w:pPr>
      <w:r>
        <w:rPr/>
        <w:t>11. I understand a little. ________________________________________</w:t>
      </w:r>
    </w:p>
    <w:p>
      <w:pPr>
        <w:pStyle w:val="Normal"/>
        <w:rPr/>
      </w:pPr>
      <w:r>
        <w:rPr/>
        <w:t>12. I speak Malay. ________________________________________________</w:t>
      </w:r>
    </w:p>
    <w:p>
      <w:pPr>
        <w:pStyle w:val="Normal"/>
        <w:rPr/>
      </w:pPr>
      <w:r>
        <w:rPr/>
        <w:t>13. I am learning French. 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C. Translate into English</w:t>
      </w:r>
    </w:p>
    <w:p>
      <w:pPr>
        <w:pStyle w:val="Normal"/>
        <w:rPr/>
      </w:pPr>
      <w:r>
        <w:rPr/>
        <w:t>14. Saya bercakap bahasa Inggeris. _________________________________</w:t>
      </w:r>
    </w:p>
    <w:p>
      <w:pPr>
        <w:pStyle w:val="Normal"/>
        <w:rPr/>
      </w:pPr>
      <w:r>
        <w:rPr/>
        <w:t>15. Saya sedang belajar bahasa Jepun. ______________________________</w:t>
      </w:r>
    </w:p>
    <w:p>
      <w:pPr>
        <w:pStyle w:val="Normal"/>
        <w:rPr/>
      </w:pPr>
      <w:r>
        <w:rPr/>
        <w:t>16. Saya faham sedikit. ___________________________________________</w:t>
      </w:r>
    </w:p>
    <w:p>
      <w:pPr>
        <w:pStyle w:val="Normal"/>
        <w:rPr/>
      </w:pPr>
      <w:r>
        <w:rPr/>
        <w:t>17. Bahasa ini mudah. _____________________________________________</w:t>
      </w:r>
    </w:p>
    <w:p>
      <w:pPr>
        <w:pStyle w:val="Normal"/>
        <w:rPr/>
      </w:pPr>
      <w:r>
        <w:rPr/>
        <w:t>18. Saya faham bahasa Korea. ______________________________________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D. Complete the Conversation</w:t>
      </w:r>
    </w:p>
    <w:p>
      <w:pPr>
        <w:pStyle w:val="Normal"/>
        <w:rPr/>
      </w:pPr>
      <w:r>
        <w:rPr/>
        <w:t>Ali: Kamu bercakap bahasa apa?</w:t>
      </w:r>
    </w:p>
    <w:p>
      <w:pPr>
        <w:pStyle w:val="Normal"/>
        <w:rPr/>
      </w:pPr>
      <w:r>
        <w:rPr/>
        <w:t>Abu: Saya bercakap bahasa ____________________ dan bahasa ____________________.</w:t>
      </w:r>
    </w:p>
    <w:p>
      <w:pPr>
        <w:pStyle w:val="Normal"/>
        <w:rPr/>
      </w:pPr>
      <w:r>
        <w:rPr/>
        <w:t>Ali: Kamu faham bahasa Jepun?</w:t>
      </w:r>
    </w:p>
    <w:p>
      <w:pPr>
        <w:pStyle w:val="Normal"/>
        <w:rPr/>
      </w:pPr>
      <w:r>
        <w:rPr/>
        <w:t>Abu: ____________________.</w:t>
      </w:r>
    </w:p>
    <w:p>
      <w:pPr>
        <w:pStyle w:val="Normal"/>
        <w:rPr/>
      </w:pPr>
      <w:r>
        <w:rPr/>
        <w:t>Ali: Saya sedang belajar bahasa Jepun.</w:t>
      </w:r>
    </w:p>
    <w:p>
      <w:pPr>
        <w:pStyle w:val="Normal"/>
        <w:rPr/>
      </w:pPr>
      <w:r>
        <w:rPr/>
        <w:t>Abu: Bagus! Semoga berjaya.</w:t>
      </w:r>
    </w:p>
    <w:p>
      <w:pPr>
        <w:pStyle w:val="Normal"/>
        <w:rPr/>
      </w:pPr>
      <w:r>
        <w:rPr/>
        <w:t>Ali: ____________________.</w:t>
      </w:r>
    </w:p>
    <w:p>
      <w:pPr>
        <w:pStyle w:val="Normal"/>
        <w:rPr/>
      </w:pPr>
      <w:r>
        <w:rPr/>
        <w:t>Abu: ____________________.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>
          <w:i/>
        </w:rPr>
        <w:t>Word Bank: bercakap · belajar · faham · baca · tulis · mudah · sukar · fasih · sedikit · terima kasih · sama-sama</w:t>
      </w:r>
    </w:p>
    <w:sectPr>
      <w:type w:val="nextPage"/>
      <w:pgSz w:w="12240" w:h="15840"/>
      <w:pgMar w:left="1008" w:right="1008" w:gutter="0" w:header="0" w:top="936" w:footer="0" w:bottom="93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6"/>
    <w:family w:val="roman"/>
    <w:pitch w:val="variable"/>
  </w:font>
  <w:font w:name="Cambria">
    <w:charset w:val="86"/>
    <w:family w:val="roman"/>
    <w:pitch w:val="variable"/>
  </w:font>
  <w:font w:name="Calibri">
    <w:charset w:val="86"/>
    <w:family w:val="roman"/>
    <w:pitch w:val="variable"/>
  </w:font>
  <w:font w:name="Courier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LibreOffice/26.2.5.2$Windows_X86_64 LibreOffice_project/cd7284b4cbbfeb507e630c1aac019f4157393acb</Application>
  <AppVersion>15.0000</AppVersion>
  <Pages>2</Pages>
  <Words>176</Words>
  <Characters>1340</Characters>
  <CharactersWithSpaces>1483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en-US</dc:language>
  <cp:lastModifiedBy/>
  <dcterms:modified xsi:type="dcterms:W3CDTF">2026-08-20T16:58:03Z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