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40"/>
        </w:rPr>
        <w:t>Essential Malay Series — Lesson 5</w:t>
      </w:r>
    </w:p>
    <w:p>
      <w:pPr>
        <w:pStyle w:val="Normal"/>
        <w:jc w:val="center"/>
        <w:rPr/>
      </w:pPr>
      <w:r>
        <w:rPr>
          <w:b/>
          <w:sz w:val="30"/>
        </w:rPr>
        <w:t>Countries &amp; Nationalities — Practice Worksheet</w:t>
      </w:r>
    </w:p>
    <w:p>
      <w:pPr>
        <w:pStyle w:val="Normal"/>
        <w:rPr/>
      </w:pPr>
      <w:r>
        <w:rPr/>
        <w:t>Name: ______________________________    Date: __________________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A. Fill in the Blank</w:t>
      </w:r>
    </w:p>
    <w:tbl>
      <w:tblPr>
        <w:tblStyle w:val="TableGrid"/>
        <w:tblW w:w="1020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128"/>
        <w:gridCol w:w="5080"/>
      </w:tblGrid>
      <w:tr>
        <w:trPr/>
        <w:tc>
          <w:tcPr>
            <w:tcW w:w="5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No.</w:t>
            </w:r>
          </w:p>
        </w:tc>
        <w:tc>
          <w:tcPr>
            <w:tcW w:w="50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Complete the sentence</w:t>
            </w:r>
          </w:p>
        </w:tc>
      </w:tr>
      <w:tr>
        <w:trPr/>
        <w:tc>
          <w:tcPr>
            <w:tcW w:w="5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0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1. Saya ______ Indonesia.</w:t>
            </w:r>
          </w:p>
        </w:tc>
      </w:tr>
      <w:tr>
        <w:trPr/>
        <w:tc>
          <w:tcPr>
            <w:tcW w:w="5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50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2. Saya dari ______.</w:t>
            </w:r>
          </w:p>
        </w:tc>
      </w:tr>
      <w:tr>
        <w:trPr/>
        <w:tc>
          <w:tcPr>
            <w:tcW w:w="5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50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3. Saya mahu ______ ke Jepun.</w:t>
            </w:r>
          </w:p>
        </w:tc>
      </w:tr>
      <w:tr>
        <w:trPr/>
        <w:tc>
          <w:tcPr>
            <w:tcW w:w="5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0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4</w:t>
            </w: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. Saya ______ pergi ke Jepun.</w:t>
            </w:r>
          </w:p>
        </w:tc>
      </w:tr>
      <w:tr>
        <w:trPr/>
        <w:tc>
          <w:tcPr>
            <w:tcW w:w="5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50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5.______ berjaya!</w:t>
            </w:r>
          </w:p>
        </w:tc>
      </w:tr>
      <w:tr>
        <w:trPr/>
        <w:tc>
          <w:tcPr>
            <w:tcW w:w="5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50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6. Dia orang ______.</w:t>
            </w:r>
          </w:p>
        </w:tc>
      </w:tr>
      <w:tr>
        <w:trPr/>
        <w:tc>
          <w:tcPr>
            <w:tcW w:w="5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0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12" w:hRule="atLeast"/>
        </w:trPr>
        <w:tc>
          <w:tcPr>
            <w:tcW w:w="5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0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>
          <w:b/>
        </w:rPr>
      </w:pPr>
      <w:r>
        <w:rPr/>
      </w:r>
    </w:p>
    <w:p>
      <w:pPr>
        <w:pStyle w:val="Normal"/>
        <w:rPr/>
      </w:pPr>
      <w:r>
        <w:rPr>
          <w:b/>
        </w:rPr>
        <w:t>B</w:t>
      </w:r>
      <w:r>
        <w:rPr>
          <w:b/>
        </w:rPr>
        <w:t>. Translate into English</w:t>
      </w:r>
    </w:p>
    <w:p>
      <w:pPr>
        <w:pStyle w:val="Normal"/>
        <w:rPr/>
      </w:pPr>
      <w:r>
        <w:rPr/>
        <w:t>1. Malaysia ______________________________________________</w:t>
      </w:r>
    </w:p>
    <w:p>
      <w:pPr>
        <w:pStyle w:val="Normal"/>
        <w:rPr/>
      </w:pPr>
      <w:r>
        <w:rPr/>
        <w:t>2. Jepun _________________________________________________</w:t>
      </w:r>
    </w:p>
    <w:p>
      <w:pPr>
        <w:pStyle w:val="Normal"/>
        <w:rPr/>
      </w:pPr>
      <w:r>
        <w:rPr/>
        <w:t>3. orang Korea ___________________________________________</w:t>
      </w:r>
    </w:p>
    <w:p>
      <w:pPr>
        <w:pStyle w:val="Normal"/>
        <w:rPr/>
      </w:pPr>
      <w:r>
        <w:rPr/>
        <w:t>4. orang Australia ________________________________________</w:t>
      </w:r>
    </w:p>
    <w:p>
      <w:pPr>
        <w:pStyle w:val="Normal"/>
        <w:rPr/>
      </w:pPr>
      <w:r>
        <w:rPr/>
        <w:t>5. dari _________________________________________________</w:t>
      </w:r>
    </w:p>
    <w:p>
      <w:pPr>
        <w:pStyle w:val="Normal"/>
        <w:rPr/>
      </w:pPr>
      <w:r>
        <w:rPr/>
        <w:t>6. melawat ______________________________________________</w:t>
      </w:r>
    </w:p>
    <w:p>
      <w:pPr>
        <w:pStyle w:val="Normal"/>
        <w:rPr/>
      </w:pPr>
      <w:r>
        <w:rPr/>
        <w:t>7. pernah _______________________________________________</w:t>
      </w:r>
    </w:p>
    <w:p>
      <w:pPr>
        <w:pStyle w:val="Normal"/>
        <w:rPr/>
      </w:pPr>
      <w:r>
        <w:rPr/>
        <w:t>8. pergi _________________________________________________</w:t>
      </w:r>
    </w:p>
    <w:p>
      <w:pPr>
        <w:pStyle w:val="Normal"/>
        <w:rPr/>
      </w:pPr>
      <w:r>
        <w:rPr/>
        <w:t>9. Semoga berjaya ________________________________________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C</w:t>
      </w:r>
      <w:r>
        <w:rPr>
          <w:b/>
        </w:rPr>
        <w:t xml:space="preserve"> Translate into Malay</w:t>
      </w:r>
    </w:p>
    <w:p>
      <w:pPr>
        <w:pStyle w:val="Normal"/>
        <w:rPr/>
      </w:pPr>
      <w:r>
        <w:rPr/>
        <w:t>1. Indonesia ______________________________________________</w:t>
      </w:r>
    </w:p>
    <w:p>
      <w:pPr>
        <w:pStyle w:val="Normal"/>
        <w:rPr/>
      </w:pPr>
      <w:r>
        <w:rPr/>
        <w:t>2. Singapore ______________________________________________</w:t>
      </w:r>
    </w:p>
    <w:p>
      <w:pPr>
        <w:pStyle w:val="Normal"/>
        <w:rPr/>
      </w:pPr>
      <w:r>
        <w:rPr/>
        <w:t>3. Japanese _______________________________________________</w:t>
      </w:r>
    </w:p>
    <w:p>
      <w:pPr>
        <w:pStyle w:val="Normal"/>
        <w:rPr/>
      </w:pPr>
      <w:r>
        <w:rPr/>
        <w:t>4. Chinese ________________________________________________</w:t>
      </w:r>
    </w:p>
    <w:p>
      <w:pPr>
        <w:pStyle w:val="Normal"/>
        <w:rPr/>
      </w:pPr>
      <w:r>
        <w:rPr/>
        <w:t>5. from _________________________________________________</w:t>
      </w:r>
    </w:p>
    <w:p>
      <w:pPr>
        <w:pStyle w:val="Normal"/>
        <w:rPr/>
      </w:pPr>
      <w:r>
        <w:rPr/>
        <w:t>6. visit _________________________________________________</w:t>
      </w:r>
    </w:p>
    <w:p>
      <w:pPr>
        <w:pStyle w:val="Normal"/>
        <w:rPr/>
      </w:pPr>
      <w:r>
        <w:rPr/>
        <w:t>7. ever _________________________________________________</w:t>
      </w:r>
    </w:p>
    <w:p>
      <w:pPr>
        <w:pStyle w:val="Normal"/>
        <w:rPr/>
      </w:pPr>
      <w:r>
        <w:rPr/>
        <w:t>8. to go ________________________________________________</w:t>
      </w:r>
    </w:p>
    <w:p>
      <w:pPr>
        <w:pStyle w:val="Normal"/>
        <w:rPr/>
      </w:pPr>
      <w:r>
        <w:rPr/>
        <w:t>9. good luck 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E. Complete the Conversation</w:t>
      </w:r>
    </w:p>
    <w:p>
      <w:pPr>
        <w:pStyle w:val="Normal"/>
        <w:rPr/>
      </w:pPr>
      <w:r>
        <w:rPr/>
        <w:t>Ali: Kamu dari mana?</w:t>
      </w:r>
    </w:p>
    <w:p>
      <w:pPr>
        <w:pStyle w:val="Normal"/>
        <w:rPr/>
      </w:pPr>
      <w:r>
        <w:rPr/>
        <w:t>Abu: Saya dari ____________________.</w:t>
      </w:r>
    </w:p>
    <w:p>
      <w:pPr>
        <w:pStyle w:val="Normal"/>
        <w:rPr/>
      </w:pPr>
      <w:r>
        <w:rPr/>
        <w:t>Ali: Saya dari Malaysia.</w:t>
      </w:r>
    </w:p>
    <w:p>
      <w:pPr>
        <w:pStyle w:val="Normal"/>
        <w:rPr/>
      </w:pPr>
      <w:r>
        <w:rPr/>
        <w:t>Abu: Kamu pernah pergi ke ____________________?</w:t>
      </w:r>
    </w:p>
    <w:p>
      <w:pPr>
        <w:pStyle w:val="Normal"/>
        <w:rPr/>
      </w:pPr>
      <w:r>
        <w:rPr/>
        <w:t>Ali: Belum pernah.</w:t>
      </w:r>
    </w:p>
    <w:p>
      <w:pPr>
        <w:pStyle w:val="Normal"/>
        <w:rPr/>
      </w:pPr>
      <w:r>
        <w:rPr/>
        <w:t>Abu: Saya mahu melawat ke ____________________.</w:t>
      </w:r>
    </w:p>
    <w:p>
      <w:pPr>
        <w:pStyle w:val="Normal"/>
        <w:rPr/>
      </w:pPr>
      <w:r>
        <w:rPr/>
        <w:t>Ali: Semoga berjaya!</w:t>
      </w:r>
    </w:p>
    <w:p>
      <w:pPr>
        <w:pStyle w:val="Normal"/>
        <w:rPr/>
      </w:pPr>
      <w:r>
        <w:rPr/>
        <w:t>Abu: ____________________.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>
          <w:i/>
        </w:rPr>
        <w:t>Word Bank: Malaysia · Indonesia · Jepun · negara · pergi · melawat · pernah · Semoga berjaya · terima kasih</w:t>
      </w:r>
    </w:p>
    <w:sectPr>
      <w:type w:val="nextPage"/>
      <w:pgSz w:w="12240" w:h="15840"/>
      <w:pgMar w:left="1008" w:right="1008" w:gutter="0" w:header="0" w:top="936" w:footer="0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6"/>
    <w:family w:val="roman"/>
    <w:pitch w:val="variable"/>
  </w:font>
  <w:font w:name="Cambria">
    <w:charset w:val="86"/>
    <w:family w:val="roman"/>
    <w:pitch w:val="variable"/>
  </w:font>
  <w:font w:name="Calibri">
    <w:charset w:val="86"/>
    <w:family w:val="roman"/>
    <w:pitch w:val="variable"/>
  </w:font>
  <w:font w:name="Courier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LibreOffice/26.2.5.2$Windows_X86_64 LibreOffice_project/cd7284b4cbbfeb507e630c1aac019f4157393acb</Application>
  <AppVersion>15.0000</AppVersion>
  <Pages>2</Pages>
  <Words>179</Words>
  <Characters>1661</Characters>
  <CharactersWithSpaces>1797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en-US</dc:language>
  <cp:lastModifiedBy/>
  <dcterms:modified xsi:type="dcterms:W3CDTF">2026-08-19T20:08:06Z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