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color w:val="1F7848"/>
          <w:sz w:val="24"/>
        </w:rPr>
        <w:t>ESSENTIAL MALAY SERIES</w:t>
      </w:r>
    </w:p>
    <w:p>
      <w:pPr>
        <w:pStyle w:val="Normal"/>
        <w:jc w:val="center"/>
        <w:rPr/>
      </w:pPr>
      <w:r>
        <w:rPr>
          <w:b/>
          <w:sz w:val="40"/>
        </w:rPr>
        <w:t>Lesson 4 — Pronouns</w:t>
      </w:r>
    </w:p>
    <w:p>
      <w:pPr>
        <w:pStyle w:val="Normal"/>
        <w:jc w:val="center"/>
        <w:rPr/>
      </w:pPr>
      <w:r>
        <w:rPr>
          <w:i/>
          <w:sz w:val="22"/>
        </w:rPr>
        <w:t>Practice Sheet</w:t>
      </w:r>
    </w:p>
    <w:tbl>
      <w:tblPr>
        <w:tblW w:w="1036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184"/>
        <w:gridCol w:w="5184"/>
      </w:tblGrid>
      <w:tr>
        <w:trPr/>
        <w:tc>
          <w:tcPr>
            <w:tcW w:w="5184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  <w:t>Name: ______________________________</w:t>
            </w:r>
          </w:p>
        </w:tc>
        <w:tc>
          <w:tcPr>
            <w:tcW w:w="5184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  <w:t>Date: ______________________________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color w:val="1F7848"/>
          <w:sz w:val="28"/>
        </w:rPr>
        <w:t>A. Match the Words</w:t>
      </w:r>
    </w:p>
    <w:p>
      <w:pPr>
        <w:pStyle w:val="Normal"/>
        <w:rPr/>
      </w:pPr>
      <w:r>
        <w:rPr/>
        <w:t>Match each Malay word with the correct English meaning. Write the letter in the blank.</w:t>
      </w:r>
    </w:p>
    <w:tbl>
      <w:tblPr>
        <w:tblStyle w:val="TableGrid"/>
        <w:tblW w:w="1036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184"/>
        <w:gridCol w:w="5184"/>
      </w:tblGrid>
      <w:tr>
        <w:trPr/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Malay</w:t>
            </w:r>
          </w:p>
        </w:tc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Answer</w:t>
            </w:r>
          </w:p>
        </w:tc>
      </w:tr>
      <w:tr>
        <w:trPr/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1. saya</w:t>
            </w:r>
          </w:p>
        </w:tc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______</w:t>
            </w:r>
          </w:p>
        </w:tc>
      </w:tr>
      <w:tr>
        <w:trPr/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2. kami</w:t>
            </w:r>
          </w:p>
        </w:tc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______</w:t>
            </w:r>
          </w:p>
        </w:tc>
      </w:tr>
      <w:tr>
        <w:trPr/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3. mereka</w:t>
            </w:r>
          </w:p>
        </w:tc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______</w:t>
            </w:r>
          </w:p>
        </w:tc>
      </w:tr>
      <w:tr>
        <w:trPr/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4. ini</w:t>
            </w:r>
          </w:p>
        </w:tc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______</w:t>
            </w:r>
          </w:p>
        </w:tc>
      </w:tr>
      <w:tr>
        <w:trPr/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5. dia</w:t>
            </w:r>
          </w:p>
        </w:tc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______</w:t>
            </w:r>
          </w:p>
        </w:tc>
      </w:tr>
      <w:tr>
        <w:trPr/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6. siapa</w:t>
            </w:r>
          </w:p>
        </w:tc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______</w:t>
            </w:r>
          </w:p>
        </w:tc>
      </w:tr>
      <w:tr>
        <w:trPr/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7. sesuatu</w:t>
            </w:r>
          </w:p>
        </w:tc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______</w:t>
            </w:r>
          </w:p>
        </w:tc>
      </w:tr>
      <w:tr>
        <w:trPr/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8. beliau</w:t>
            </w:r>
          </w:p>
        </w:tc>
        <w:tc>
          <w:tcPr>
            <w:tcW w:w="5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______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Meanings:  A. they    B. this    C. I / me    D. we (exclusive listener)    E. he / she    F. who    G. something    H. he / she (formal, respectful)</w:t>
      </w:r>
    </w:p>
    <w:p>
      <w:pPr>
        <w:pStyle w:val="Normal"/>
        <w:rPr/>
      </w:pPr>
      <w:r>
        <w:rPr>
          <w:b/>
          <w:color w:val="1F7848"/>
          <w:sz w:val="28"/>
        </w:rPr>
        <w:t>B. Fill in the Blanks</w:t>
      </w:r>
    </w:p>
    <w:p>
      <w:pPr>
        <w:pStyle w:val="Normal"/>
        <w:rPr/>
      </w:pPr>
      <w:r>
        <w:rPr/>
        <w:t>Choose the best word from the box. Use each word once.</w:t>
      </w:r>
    </w:p>
    <w:p>
      <w:pPr>
        <w:pStyle w:val="Normal"/>
        <w:rPr/>
      </w:pPr>
      <w:r>
        <w:rPr>
          <w:b/>
        </w:rPr>
        <w:t>saya  •  kamu  •  dia  •  kita  •  mereka  •  ini  •  itu  •  siapa  •  semua  •  setiap</w:t>
      </w:r>
    </w:p>
    <w:p>
      <w:pPr>
        <w:pStyle w:val="Normal"/>
        <w:rPr/>
      </w:pPr>
      <w:r>
        <w:rPr/>
        <w:t>1. ______ nama saya Ali.</w:t>
      </w:r>
    </w:p>
    <w:p>
      <w:pPr>
        <w:pStyle w:val="Normal"/>
        <w:rPr/>
      </w:pPr>
      <w:r>
        <w:rPr/>
        <w:t>2. ______ nama awak?</w:t>
      </w:r>
    </w:p>
    <w:p>
      <w:pPr>
        <w:pStyle w:val="Normal"/>
        <w:rPr/>
      </w:pPr>
      <w:r>
        <w:rPr/>
        <w:t>3. ______ Sarah. Dia kawan saya.</w:t>
      </w:r>
    </w:p>
    <w:p>
      <w:pPr>
        <w:pStyle w:val="Normal"/>
        <w:rPr/>
      </w:pPr>
      <w:r>
        <w:rPr/>
        <w:t>4. ______ belajar bersama hari ini. (we including the listener)</w:t>
      </w:r>
    </w:p>
    <w:p>
      <w:pPr>
        <w:pStyle w:val="Normal"/>
        <w:rPr/>
      </w:pPr>
      <w:r>
        <w:rPr/>
        <w:t>5. ______ pelajar baharu. (they)</w:t>
      </w:r>
    </w:p>
    <w:p>
      <w:pPr>
        <w:pStyle w:val="Normal"/>
        <w:rPr/>
      </w:pPr>
      <w:r>
        <w:rPr/>
        <w:t>6. ______ buku saya. (this)</w:t>
      </w:r>
    </w:p>
    <w:p>
      <w:pPr>
        <w:pStyle w:val="Normal"/>
        <w:rPr/>
      </w:pPr>
      <w:r>
        <w:rPr/>
        <w:t>7. ______ beg kamu. (that)</w:t>
      </w:r>
    </w:p>
    <w:p>
      <w:pPr>
        <w:pStyle w:val="Normal"/>
        <w:rPr/>
      </w:pPr>
      <w:r>
        <w:rPr/>
        <w:t>8. ______ dia? (who)</w:t>
      </w:r>
    </w:p>
    <w:p>
      <w:pPr>
        <w:pStyle w:val="Normal"/>
        <w:rPr/>
      </w:pPr>
      <w:r>
        <w:rPr/>
        <w:br/>
        <w:b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color w:val="1F7848"/>
          <w:sz w:val="28"/>
        </w:rPr>
        <w:t>C. Complete the Conversation</w:t>
      </w:r>
    </w:p>
    <w:p>
      <w:pPr>
        <w:pStyle w:val="Normal"/>
        <w:rPr/>
      </w:pPr>
      <w:r>
        <w:rPr/>
        <w:t>Complete the conversation using the words in the box.</w:t>
      </w:r>
    </w:p>
    <w:p>
      <w:pPr>
        <w:pStyle w:val="Normal"/>
        <w:rPr/>
      </w:pPr>
      <w:r>
        <w:rPr>
          <w:b/>
        </w:rPr>
        <w:t>saya  •  siapa  •  ini  •  dia  •  kamu  •  mereka  •  itu  •  -ku  •  -mu</w:t>
      </w:r>
    </w:p>
    <w:p>
      <w:pPr>
        <w:pStyle w:val="Normal"/>
        <w:rPr/>
      </w:pPr>
      <w:r>
        <w:rPr/>
        <w:t>Ali: Hai! ______ nama ______?</w:t>
      </w:r>
    </w:p>
    <w:p>
      <w:pPr>
        <w:pStyle w:val="Normal"/>
        <w:rPr/>
      </w:pPr>
      <w:r>
        <w:rPr/>
        <w:t>Abu: Nama ______ Abu.</w:t>
      </w:r>
    </w:p>
    <w:p>
      <w:pPr>
        <w:pStyle w:val="Normal"/>
        <w:rPr/>
      </w:pPr>
      <w:r>
        <w:rPr/>
        <w:t>Ali: ______ kawan saya, Sarah.</w:t>
      </w:r>
    </w:p>
    <w:p>
      <w:pPr>
        <w:pStyle w:val="Normal"/>
        <w:rPr/>
      </w:pPr>
      <w:r>
        <w:rPr/>
        <w:t>Abu: ______ siapa?</w:t>
      </w:r>
    </w:p>
    <w:p>
      <w:pPr>
        <w:pStyle w:val="Normal"/>
        <w:rPr/>
      </w:pPr>
      <w:r>
        <w:rPr/>
        <w:t>Ali: ______ Sarah.</w:t>
        <w:br/>
      </w:r>
    </w:p>
    <w:p>
      <w:pPr>
        <w:pStyle w:val="Normal"/>
        <w:spacing w:before="0" w:after="200"/>
        <w:rPr/>
      </w:pPr>
      <w:r>
        <w:rPr>
          <w:b/>
          <w:color w:val="1F7848"/>
          <w:sz w:val="28"/>
        </w:rPr>
        <w:t>Answer Key</w:t>
      </w:r>
    </w:p>
    <w:p>
      <w:pPr>
        <w:pStyle w:val="Normal"/>
        <w:rPr/>
      </w:pPr>
      <w:r>
        <w:rPr/>
        <w:t>A: 1-C, 2-D, 3-A, 4-B, 5-E, 6-F, 7-G, 8-H</w:t>
      </w:r>
    </w:p>
    <w:p>
      <w:pPr>
        <w:pStyle w:val="Normal"/>
        <w:rPr/>
      </w:pPr>
      <w:r>
        <w:rPr/>
        <w:t>B: 1. saya  2. siapa  3. dia  4. kita  5. mereka  6. ini  7. itu  8. siapa  9. semua  10. setiap</w:t>
      </w:r>
    </w:p>
    <w:p>
      <w:pPr>
        <w:pStyle w:val="Normal"/>
        <w:rPr/>
      </w:pPr>
      <w:r>
        <w:rPr/>
        <w:t xml:space="preserve">C: 1. siapa / kamu  2. saya  3. ini  4. dia  5. dia  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2240" w:h="15840"/>
      <w:pgMar w:left="936" w:right="936" w:gutter="0" w:header="0" w:top="792" w:footer="0" w:bottom="79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Arial" w:hAnsi="Arial" w:eastAsia="" w:cs="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LibreOffice/26.2.5.2$Windows_X86_64 LibreOffice_project/cd7284b4cbbfeb507e630c1aac019f4157393acb</Application>
  <AppVersion>15.0000</AppVersion>
  <Pages>2</Pages>
  <Words>258</Words>
  <Characters>1098</Characters>
  <CharactersWithSpaces>1382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en-US</dc:language>
  <cp:lastModifiedBy/>
  <dcterms:modified xsi:type="dcterms:W3CDTF">2026-08-18T17:54:01Z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