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40"/>
        </w:rPr>
        <w:t>Essential Malay Series — Lesson 2</w:t>
      </w:r>
    </w:p>
    <w:p>
      <w:pPr>
        <w:pStyle w:val="Normal"/>
        <w:jc w:val="center"/>
        <w:rPr/>
      </w:pPr>
      <w:r>
        <w:rPr>
          <w:b/>
          <w:sz w:val="30"/>
        </w:rPr>
        <w:t>Introducing Yourself — Practice Worksheet</w:t>
      </w:r>
    </w:p>
    <w:p>
      <w:pPr>
        <w:pStyle w:val="Normal"/>
        <w:rPr/>
      </w:pPr>
      <w:r>
        <w:rPr/>
        <w:t>Name: ______________________________    Date: __________________</w:t>
      </w:r>
    </w:p>
    <w:p>
      <w:pPr>
        <w:pStyle w:val="Normal"/>
        <w:rPr/>
      </w:pPr>
      <w:r>
        <w:rPr>
          <w:b/>
        </w:rPr>
        <w:t>A. Fill in the Blank</w:t>
      </w:r>
    </w:p>
    <w:tbl>
      <w:tblPr>
        <w:tblStyle w:val="TableGrid"/>
        <w:tblW w:w="1022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20"/>
        <w:gridCol w:w="9503"/>
      </w:tblGrid>
      <w:tr>
        <w:trPr/>
        <w:tc>
          <w:tcPr>
            <w:tcW w:w="7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No.</w:t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Complete the sentence</w:t>
            </w:r>
          </w:p>
        </w:tc>
      </w:tr>
      <w:tr>
        <w:trPr/>
        <w:tc>
          <w:tcPr>
            <w:tcW w:w="7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Nama __________ Abu.</w:t>
            </w:r>
          </w:p>
        </w:tc>
      </w:tr>
      <w:tr>
        <w:trPr/>
        <w:tc>
          <w:tcPr>
            <w:tcW w:w="7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Umur saya dua puluh __________.</w:t>
            </w:r>
          </w:p>
        </w:tc>
      </w:tr>
      <w:tr>
        <w:trPr/>
        <w:tc>
          <w:tcPr>
            <w:tcW w:w="7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 __________ Malaysia.</w:t>
            </w:r>
          </w:p>
        </w:tc>
      </w:tr>
      <w:tr>
        <w:trPr/>
        <w:tc>
          <w:tcPr>
            <w:tcW w:w="7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 __________ di Kuala Lumpur.</w:t>
            </w:r>
          </w:p>
        </w:tc>
      </w:tr>
      <w:tr>
        <w:trPr/>
        <w:tc>
          <w:tcPr>
            <w:tcW w:w="7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950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 tinggal __________ Kuala Lumpur.</w:t>
            </w:r>
          </w:p>
        </w:tc>
      </w:tr>
    </w:tbl>
    <w:p>
      <w:pPr>
        <w:pStyle w:val="Normal"/>
        <w:rPr>
          <w:b/>
        </w:rPr>
      </w:pPr>
      <w:r>
        <w:rPr/>
      </w:r>
    </w:p>
    <w:p>
      <w:pPr>
        <w:pStyle w:val="Normal"/>
        <w:rPr/>
      </w:pPr>
      <w:r>
        <w:rPr>
          <w:b/>
        </w:rPr>
        <w:t>B</w:t>
      </w:r>
      <w:r>
        <w:rPr>
          <w:b/>
        </w:rPr>
        <w:t>. Match the Words</w:t>
      </w:r>
    </w:p>
    <w:tbl>
      <w:tblPr>
        <w:tblStyle w:val="TableGrid"/>
        <w:tblW w:w="1022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408"/>
        <w:gridCol w:w="6816"/>
      </w:tblGrid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Malay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Answer</w:t>
            </w:r>
          </w:p>
        </w:tc>
      </w:tr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saya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____</w:t>
            </w:r>
          </w:p>
        </w:tc>
      </w:tr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kamu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____</w:t>
            </w:r>
          </w:p>
        </w:tc>
      </w:tr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nama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____</w:t>
            </w:r>
          </w:p>
        </w:tc>
      </w:tr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umur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____</w:t>
            </w:r>
          </w:p>
        </w:tc>
      </w:tr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negara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____</w:t>
            </w:r>
          </w:p>
        </w:tc>
      </w:tr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pelajar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____</w:t>
            </w:r>
          </w:p>
        </w:tc>
      </w:tr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guru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____</w:t>
            </w:r>
          </w:p>
        </w:tc>
      </w:tr>
      <w:tr>
        <w:trPr/>
        <w:tc>
          <w:tcPr>
            <w:tcW w:w="34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kawan</w:t>
            </w:r>
          </w:p>
        </w:tc>
        <w:tc>
          <w:tcPr>
            <w:tcW w:w="68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C</w:t>
      </w:r>
      <w:r>
        <w:rPr>
          <w:b/>
        </w:rPr>
        <w:t>. Introduce Yourself</w:t>
      </w:r>
    </w:p>
    <w:p>
      <w:pPr>
        <w:pStyle w:val="Normal"/>
        <w:rPr/>
      </w:pPr>
      <w:r>
        <w:rPr/>
        <w:t>Nama saya: ______________________________________________</w:t>
      </w:r>
    </w:p>
    <w:p>
      <w:pPr>
        <w:pStyle w:val="Normal"/>
        <w:rPr/>
      </w:pPr>
      <w:r>
        <w:rPr/>
        <w:t>Umur saya: ______________________________________________</w:t>
      </w:r>
    </w:p>
    <w:p>
      <w:pPr>
        <w:pStyle w:val="Normal"/>
        <w:rPr/>
      </w:pPr>
      <w:r>
        <w:rPr/>
        <w:t>Saya dari: ______________________________________________</w:t>
      </w:r>
    </w:p>
    <w:p>
      <w:pPr>
        <w:pStyle w:val="Normal"/>
        <w:rPr/>
      </w:pPr>
      <w:r>
        <w:rPr/>
        <w:t>Saya tinggal di: 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spacing w:before="0" w:after="200"/>
        <w:rPr/>
      </w:pPr>
      <w:r>
        <w:rPr/>
        <w:t>Lesson 2 — Answer Key</w:t>
      </w:r>
    </w:p>
    <w:p>
      <w:pPr>
        <w:pStyle w:val="Heading3"/>
        <w:spacing w:before="0" w:after="200"/>
        <w:rPr/>
      </w:pPr>
      <w:r>
        <w:rPr/>
        <w:t>A. Fill in the Blank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before="0" w:after="0"/>
        <w:ind w:hanging="283" w:start="709"/>
        <w:rPr/>
      </w:pPr>
      <w:r>
        <w:rPr/>
        <w:t xml:space="preserve">Nama </w:t>
      </w:r>
      <w:r>
        <w:rPr>
          <w:rStyle w:val="Strong"/>
        </w:rPr>
        <w:t>saya</w:t>
      </w:r>
      <w:r>
        <w:rPr/>
        <w:t xml:space="preserve"> Abu.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before="0" w:after="0"/>
        <w:ind w:hanging="283" w:start="709"/>
        <w:rPr/>
      </w:pPr>
      <w:r>
        <w:rPr/>
        <w:t xml:space="preserve">Umur saya dua puluh </w:t>
      </w:r>
      <w:r>
        <w:rPr>
          <w:rStyle w:val="Strong"/>
        </w:rPr>
        <w:t>tahun</w:t>
      </w:r>
      <w:r>
        <w:rPr/>
        <w:t xml:space="preserve">.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before="0" w:after="0"/>
        <w:ind w:hanging="283" w:start="709"/>
        <w:rPr/>
      </w:pPr>
      <w:r>
        <w:rPr/>
        <w:t xml:space="preserve">Saya </w:t>
      </w:r>
      <w:r>
        <w:rPr>
          <w:rStyle w:val="Strong"/>
        </w:rPr>
        <w:t>dari</w:t>
      </w:r>
      <w:r>
        <w:rPr/>
        <w:t xml:space="preserve"> Malaysia.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spacing w:before="0" w:after="0"/>
        <w:ind w:hanging="283" w:start="709"/>
        <w:rPr/>
      </w:pPr>
      <w:r>
        <w:rPr/>
        <w:t xml:space="preserve">Saya </w:t>
      </w:r>
      <w:r>
        <w:rPr>
          <w:rStyle w:val="Strong"/>
        </w:rPr>
        <w:t>tinggal</w:t>
      </w:r>
      <w:r>
        <w:rPr/>
        <w:t xml:space="preserve"> di Kuala Lumpur. </w:t>
      </w:r>
    </w:p>
    <w:p>
      <w:pPr>
        <w:pStyle w:val="BodyText"/>
        <w:numPr>
          <w:ilvl w:val="0"/>
          <w:numId w:val="7"/>
        </w:numPr>
        <w:tabs>
          <w:tab w:val="clear" w:pos="720"/>
          <w:tab w:val="left" w:pos="0" w:leader="none"/>
        </w:tabs>
        <w:ind w:hanging="283" w:start="709"/>
        <w:rPr/>
      </w:pPr>
      <w:r>
        <w:rPr/>
        <w:t xml:space="preserve">Saya tinggal </w:t>
      </w:r>
      <w:r>
        <w:rPr>
          <w:rStyle w:val="Strong"/>
        </w:rPr>
        <w:t>di</w:t>
      </w:r>
      <w:r>
        <w:rPr/>
        <w:t xml:space="preserve"> Kuala Lumpur. </w:t>
      </w:r>
    </w:p>
    <w:p>
      <w:pPr>
        <w:pStyle w:val="Heading3"/>
        <w:spacing w:before="0" w:after="200"/>
        <w:rPr/>
      </w:pPr>
      <w:r>
        <w:rPr/>
        <w:t>B. Match the Words</w:t>
      </w:r>
    </w:p>
    <w:tbl>
      <w:tblPr>
        <w:tblW w:w="5310" w:type="dxa"/>
        <w:jc w:val="start"/>
        <w:tblInd w:w="28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710"/>
        <w:gridCol w:w="3600"/>
      </w:tblGrid>
      <w:tr>
        <w:trPr>
          <w:tblHeader w:val="true"/>
        </w:trPr>
        <w:tc>
          <w:tcPr>
            <w:tcW w:w="1710" w:type="dxa"/>
            <w:tcBorders/>
            <w:vAlign w:val="center"/>
          </w:tcPr>
          <w:p>
            <w:pPr>
              <w:pStyle w:val="TableHeading"/>
              <w:suppressLineNumbers/>
              <w:spacing w:before="0" w:after="200"/>
              <w:jc w:val="center"/>
              <w:rPr/>
            </w:pPr>
            <w:r>
              <w:rPr/>
              <w:t>Malay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Heading"/>
              <w:suppressLineNumbers/>
              <w:spacing w:before="0" w:after="200"/>
              <w:jc w:val="center"/>
              <w:rPr/>
            </w:pPr>
            <w:r>
              <w:rPr/>
              <w:t>Answer</w:t>
            </w:r>
          </w:p>
        </w:tc>
      </w:tr>
      <w:tr>
        <w:trPr/>
        <w:tc>
          <w:tcPr>
            <w:tcW w:w="171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  <w:t>saya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>
                <w:rStyle w:val="Strong"/>
              </w:rPr>
              <w:t>I / me</w:t>
            </w:r>
          </w:p>
        </w:tc>
      </w:tr>
      <w:tr>
        <w:trPr/>
        <w:tc>
          <w:tcPr>
            <w:tcW w:w="171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  <w:t>kamu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>
                <w:rStyle w:val="Strong"/>
              </w:rPr>
              <w:t>you</w:t>
            </w:r>
          </w:p>
        </w:tc>
      </w:tr>
      <w:tr>
        <w:trPr/>
        <w:tc>
          <w:tcPr>
            <w:tcW w:w="171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  <w:t>nama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>
                <w:rStyle w:val="Strong"/>
              </w:rPr>
              <w:t>name</w:t>
            </w:r>
          </w:p>
        </w:tc>
      </w:tr>
      <w:tr>
        <w:trPr/>
        <w:tc>
          <w:tcPr>
            <w:tcW w:w="171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  <w:t>umur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>
                <w:rStyle w:val="Strong"/>
              </w:rPr>
              <w:t>age</w:t>
            </w:r>
          </w:p>
        </w:tc>
      </w:tr>
      <w:tr>
        <w:trPr/>
        <w:tc>
          <w:tcPr>
            <w:tcW w:w="171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  <w:t>negara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>
                <w:rStyle w:val="Strong"/>
              </w:rPr>
              <w:t>country</w:t>
            </w:r>
          </w:p>
        </w:tc>
      </w:tr>
      <w:tr>
        <w:trPr/>
        <w:tc>
          <w:tcPr>
            <w:tcW w:w="171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  <w:t>pelajar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>
                <w:rStyle w:val="Strong"/>
              </w:rPr>
              <w:t>student</w:t>
            </w:r>
          </w:p>
        </w:tc>
      </w:tr>
      <w:tr>
        <w:trPr/>
        <w:tc>
          <w:tcPr>
            <w:tcW w:w="171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  <w:t>guru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>
                <w:rStyle w:val="Strong"/>
              </w:rPr>
              <w:t>teacher</w:t>
            </w:r>
          </w:p>
        </w:tc>
      </w:tr>
      <w:tr>
        <w:trPr/>
        <w:tc>
          <w:tcPr>
            <w:tcW w:w="171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/>
              <w:t>kawan</w:t>
            </w:r>
          </w:p>
        </w:tc>
        <w:tc>
          <w:tcPr>
            <w:tcW w:w="3600" w:type="dxa"/>
            <w:tcBorders/>
            <w:vAlign w:val="center"/>
          </w:tcPr>
          <w:p>
            <w:pPr>
              <w:pStyle w:val="TableContents"/>
              <w:widowControl w:val="false"/>
              <w:suppressLineNumbers/>
              <w:spacing w:before="0" w:after="200"/>
              <w:rPr/>
            </w:pPr>
            <w:r>
              <w:rPr>
                <w:rStyle w:val="Strong"/>
              </w:rPr>
              <w:t>friend</w:t>
            </w:r>
          </w:p>
        </w:tc>
      </w:tr>
    </w:tbl>
    <w:p>
      <w:pPr>
        <w:pStyle w:val="Heading3"/>
        <w:spacing w:before="0" w:after="200"/>
        <w:rPr/>
      </w:pPr>
      <w:r>
        <w:rPr/>
        <w:t>C. Introduce Yourself</w:t>
      </w:r>
    </w:p>
    <w:p>
      <w:pPr>
        <w:pStyle w:val="BodyText"/>
        <w:spacing w:before="0" w:after="200"/>
        <w:rPr/>
      </w:pPr>
      <w:r>
        <w:rPr>
          <w:rStyle w:val="Strong"/>
        </w:rPr>
        <w:t>Sample Answer:</w:t>
      </w:r>
    </w:p>
    <w:p>
      <w:pPr>
        <w:pStyle w:val="BodyText"/>
        <w:spacing w:before="0" w:after="200"/>
        <w:rPr/>
      </w:pPr>
      <w:r>
        <w:rPr/>
        <w:t xml:space="preserve">Nama saya </w:t>
      </w:r>
      <w:r>
        <w:rPr>
          <w:rStyle w:val="Strong"/>
        </w:rPr>
        <w:t>Ali</w:t>
      </w:r>
      <w:r>
        <w:rPr/>
        <w:t>.</w:t>
      </w:r>
    </w:p>
    <w:p>
      <w:pPr>
        <w:pStyle w:val="BodyText"/>
        <w:spacing w:before="0" w:after="200"/>
        <w:rPr/>
      </w:pPr>
      <w:r>
        <w:rPr/>
        <w:t xml:space="preserve">Umur saya </w:t>
      </w:r>
      <w:r>
        <w:rPr>
          <w:rStyle w:val="Strong"/>
        </w:rPr>
        <w:t>dua puluh tahun</w:t>
      </w:r>
      <w:r>
        <w:rPr/>
        <w:t>.</w:t>
      </w:r>
    </w:p>
    <w:p>
      <w:pPr>
        <w:pStyle w:val="BodyText"/>
        <w:spacing w:before="0" w:after="200"/>
        <w:rPr/>
      </w:pPr>
      <w:r>
        <w:rPr/>
        <w:t xml:space="preserve">Saya dari </w:t>
      </w:r>
      <w:r>
        <w:rPr>
          <w:rStyle w:val="Strong"/>
        </w:rPr>
        <w:t>Malaysia</w:t>
      </w:r>
      <w:r>
        <w:rPr/>
        <w:t>.</w:t>
      </w:r>
    </w:p>
    <w:p>
      <w:pPr>
        <w:pStyle w:val="BodyText"/>
        <w:spacing w:before="0" w:after="200"/>
        <w:rPr/>
      </w:pPr>
      <w:r>
        <w:rPr/>
        <w:t xml:space="preserve">Saya tinggal di </w:t>
      </w:r>
      <w:r>
        <w:rPr>
          <w:rStyle w:val="Strong"/>
        </w:rPr>
        <w:t>Kuala Lumpur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2240" w:h="15840"/>
      <w:pgMar w:left="1008" w:right="1008" w:gutter="0" w:header="0" w:top="936" w:footer="0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LibreOffice/26.2.5.2$Windows_X86_64 LibreOffice_project/cd7284b4cbbfeb507e630c1aac019f4157393acb</Application>
  <AppVersion>15.0000</AppVersion>
  <Pages>2</Pages>
  <Words>166</Words>
  <Characters>987</Characters>
  <CharactersWithSpaces>1087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en-US</dc:language>
  <cp:lastModifiedBy/>
  <dcterms:modified xsi:type="dcterms:W3CDTF">2026-08-09T13:50:44Z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