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Essential Malay Series — Lesson 1</w:t>
      </w:r>
    </w:p>
    <w:p>
      <w:pPr>
        <w:jc w:val="center"/>
      </w:pPr>
      <w:r>
        <w:rPr>
          <w:b/>
          <w:sz w:val="30"/>
        </w:rPr>
        <w:t>Greetings — Practice Worksheet</w:t>
      </w:r>
    </w:p>
    <w:p>
      <w:r>
        <w:t>Name: ______________________________    Date: __________________</w:t>
      </w:r>
    </w:p>
    <w:p>
      <w:r>
        <w:rPr>
          <w:b/>
        </w:rPr>
        <w:t>A. Fill in the Blank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No.</w:t>
            </w:r>
          </w:p>
        </w:tc>
        <w:tc>
          <w:tcPr>
            <w:tcW w:type="dxa" w:w="5112"/>
          </w:tcPr>
          <w:p>
            <w:r>
              <w:t>Complete the sentence</w:t>
            </w:r>
          </w:p>
        </w:tc>
      </w:tr>
      <w:tr>
        <w:tc>
          <w:tcPr>
            <w:tcW w:type="dxa" w:w="5112"/>
          </w:tcPr>
          <w:p>
            <w:r>
              <w:t>1.</w:t>
            </w:r>
          </w:p>
        </w:tc>
        <w:tc>
          <w:tcPr>
            <w:tcW w:type="dxa" w:w="5112"/>
          </w:tcPr>
          <w:p>
            <w:r>
              <w:t>Selamat ____________.</w:t>
            </w:r>
          </w:p>
        </w:tc>
      </w:tr>
      <w:tr>
        <w:tc>
          <w:tcPr>
            <w:tcW w:type="dxa" w:w="5112"/>
          </w:tcPr>
          <w:p>
            <w:r>
              <w:t>2.</w:t>
            </w:r>
          </w:p>
        </w:tc>
        <w:tc>
          <w:tcPr>
            <w:tcW w:type="dxa" w:w="5112"/>
          </w:tcPr>
          <w:p>
            <w:r>
              <w:t>Apa ____________?</w:t>
            </w:r>
          </w:p>
        </w:tc>
      </w:tr>
      <w:tr>
        <w:tc>
          <w:tcPr>
            <w:tcW w:type="dxa" w:w="5112"/>
          </w:tcPr>
          <w:p>
            <w:r>
              <w:t>3.</w:t>
            </w:r>
          </w:p>
        </w:tc>
        <w:tc>
          <w:tcPr>
            <w:tcW w:type="dxa" w:w="5112"/>
          </w:tcPr>
          <w:p>
            <w:r>
              <w:t>Khabar ____________.</w:t>
            </w:r>
          </w:p>
        </w:tc>
      </w:tr>
      <w:tr>
        <w:tc>
          <w:tcPr>
            <w:tcW w:type="dxa" w:w="5112"/>
          </w:tcPr>
          <w:p>
            <w:r>
              <w:t>4.</w:t>
            </w:r>
          </w:p>
        </w:tc>
        <w:tc>
          <w:tcPr>
            <w:tcW w:type="dxa" w:w="5112"/>
          </w:tcPr>
          <w:p>
            <w:r>
              <w:t>Terima ____________.</w:t>
            </w:r>
          </w:p>
        </w:tc>
      </w:tr>
      <w:tr>
        <w:tc>
          <w:tcPr>
            <w:tcW w:type="dxa" w:w="5112"/>
          </w:tcPr>
          <w:p>
            <w:r>
              <w:t>5.</w:t>
            </w:r>
          </w:p>
        </w:tc>
        <w:tc>
          <w:tcPr>
            <w:tcW w:type="dxa" w:w="5112"/>
          </w:tcPr>
          <w:p>
            <w:r>
              <w:t>Sama-____________.</w:t>
            </w:r>
          </w:p>
        </w:tc>
      </w:tr>
      <w:tr>
        <w:tc>
          <w:tcPr>
            <w:tcW w:type="dxa" w:w="5112"/>
          </w:tcPr>
          <w:p>
            <w:r>
              <w:t>6.</w:t>
            </w:r>
          </w:p>
        </w:tc>
        <w:tc>
          <w:tcPr>
            <w:tcW w:type="dxa" w:w="5112"/>
          </w:tcPr>
          <w:p>
            <w:r>
              <w:t>Selamat ____________!</w:t>
            </w:r>
          </w:p>
        </w:tc>
      </w:tr>
      <w:tr>
        <w:tc>
          <w:tcPr>
            <w:tcW w:type="dxa" w:w="5112"/>
          </w:tcPr>
          <w:p>
            <w:r>
              <w:t>7.</w:t>
            </w:r>
          </w:p>
        </w:tc>
        <w:tc>
          <w:tcPr>
            <w:tcW w:type="dxa" w:w="5112"/>
          </w:tcPr>
          <w:p>
            <w:r>
              <w:t>____________ lagi.</w:t>
            </w:r>
          </w:p>
        </w:tc>
      </w:tr>
      <w:tr>
        <w:tc>
          <w:tcPr>
            <w:tcW w:type="dxa" w:w="5112"/>
          </w:tcPr>
          <w:p>
            <w:r>
              <w:t>8.</w:t>
            </w:r>
          </w:p>
        </w:tc>
        <w:tc>
          <w:tcPr>
            <w:tcW w:type="dxa" w:w="5112"/>
          </w:tcPr>
          <w:p>
            <w:r>
              <w:t>Selamat ____________!</w:t>
            </w:r>
          </w:p>
        </w:tc>
      </w:tr>
      <w:tr>
        <w:tc>
          <w:tcPr>
            <w:tcW w:type="dxa" w:w="5112"/>
          </w:tcPr>
          <w:p>
            <w:r>
              <w:t>9.</w:t>
            </w:r>
          </w:p>
        </w:tc>
        <w:tc>
          <w:tcPr>
            <w:tcW w:type="dxa" w:w="5112"/>
          </w:tcPr>
          <w:p>
            <w:r>
              <w:t>____________, saya mahu bertanya sesuatu.</w:t>
            </w:r>
          </w:p>
        </w:tc>
      </w:tr>
      <w:tr>
        <w:tc>
          <w:tcPr>
            <w:tcW w:type="dxa" w:w="5112"/>
          </w:tcPr>
          <w:p>
            <w:r>
              <w:t>10.</w:t>
            </w:r>
          </w:p>
        </w:tc>
        <w:tc>
          <w:tcPr>
            <w:tcW w:type="dxa" w:w="5112"/>
          </w:tcPr>
          <w:p>
            <w:r>
              <w:t>Gembira ____________ kamu.</w:t>
            </w:r>
          </w:p>
        </w:tc>
      </w:tr>
    </w:tbl>
    <w:p/>
    <w:p>
      <w:r>
        <w:rPr>
          <w:b/>
        </w:rPr>
        <w:t>B. Translate into English</w:t>
      </w:r>
    </w:p>
    <w:p>
      <w:r>
        <w:t>11. Selamat pagi! ______________________________________________</w:t>
      </w:r>
    </w:p>
    <w:p>
      <w:r>
        <w:t>12. Apa khabar? ________________________________________________</w:t>
      </w:r>
    </w:p>
    <w:p>
      <w:r>
        <w:t>13. Khabar baik. ________________________________________________</w:t>
      </w:r>
    </w:p>
    <w:p>
      <w:r>
        <w:t>14. Terima kasih. _______________________________________________</w:t>
      </w:r>
    </w:p>
    <w:p>
      <w:r>
        <w:t>15. Sama-sama. _________________________________________________</w:t>
      </w:r>
    </w:p>
    <w:p>
      <w:r>
        <w:t>16. Selamat datang. _____________________________________________</w:t>
      </w:r>
    </w:p>
    <w:p>
      <w:r>
        <w:t>17. Selamat jalan. ______________________________________________</w:t>
      </w:r>
    </w:p>
    <w:p>
      <w:r>
        <w:t>18. Jumpa lagi. _________________________________________________</w:t>
      </w:r>
    </w:p>
    <w:p/>
    <w:p>
      <w:r>
        <w:rPr>
          <w:b/>
        </w:rPr>
        <w:t>C. Translate into Malay</w:t>
      </w:r>
    </w:p>
    <w:p>
      <w:r>
        <w:t>19. Good morning. ______________________________________________</w:t>
      </w:r>
    </w:p>
    <w:p>
      <w:r>
        <w:t>20. How are you? _______________________________________________</w:t>
      </w:r>
    </w:p>
    <w:p>
      <w:r>
        <w:t>21. I'm fine. __________________________________________________</w:t>
      </w:r>
    </w:p>
    <w:p>
      <w:r>
        <w:t>22. Thank you. _________________________________________________</w:t>
      </w:r>
    </w:p>
    <w:p>
      <w:r>
        <w:t>23. You're welcome. _____________________________________________</w:t>
      </w:r>
    </w:p>
    <w:p>
      <w:r>
        <w:t>24. Welcome. ____________________________________________________</w:t>
      </w:r>
    </w:p>
    <w:p>
      <w:r>
        <w:t>25. See you again. ______________________________________________</w:t>
      </w:r>
    </w:p>
    <w:p/>
    <w:p>
      <w:r>
        <w:rPr>
          <w:b/>
        </w:rPr>
        <w:t>D. Word Bank</w:t>
      </w:r>
    </w:p>
    <w:p>
      <w:r>
        <w:t>pagi  |  khabar  |  baik  |  kasih  |  datang  |  jalan  |  jumpa  |  maaf  |  kenal</w:t>
      </w:r>
    </w:p>
    <w:p/>
    <w:p>
      <w:r>
        <w:rPr>
          <w:b/>
        </w:rPr>
        <w:t>E. Complete the Conversation</w:t>
      </w:r>
    </w:p>
    <w:p>
      <w:r>
        <w:t>Ali: Selamat ____________!</w:t>
      </w:r>
    </w:p>
    <w:p>
      <w:r>
        <w:t>Abu: Selamat pagi! Apa ____________?</w:t>
      </w:r>
    </w:p>
    <w:p>
      <w:r>
        <w:t>Ali: Khabar ____________. Kamu?</w:t>
      </w:r>
    </w:p>
    <w:p>
      <w:r>
        <w:t>Abu: Saya sihat, terima ____________.</w:t>
      </w:r>
    </w:p>
    <w:p>
      <w:r>
        <w:t>Ali: Sama-____________.</w:t>
      </w:r>
    </w:p>
    <w:p>
      <w:r>
        <w:t>Abu: Jumpa ____________!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